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Davigdor House Supported Living – Application Form (Template)</w:t>
      </w:r>
    </w:p>
    <w:p>
      <w:r>
        <w:t>This is a template document to be replaced with your latest version.</w:t>
      </w:r>
    </w:p>
    <w:p>
      <w:r>
        <w:t>Fields to include: Name, Address, Contact details, Role applied for, Experience, References, Right to Work, DBS, Declaration, Signature &amp; Date.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